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992BF0" w:rsidRPr="00420DA7" w14:paraId="2175CD5F" w14:textId="77777777">
        <w:tc>
          <w:tcPr>
            <w:tcW w:w="54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E91C" w14:textId="77777777" w:rsidR="00992BF0" w:rsidRDefault="00000000">
            <w:pPr>
              <w:spacing w:after="40"/>
            </w:pPr>
            <w:r>
              <w:rPr>
                <w:color w:val="C12525"/>
                <w:sz w:val="27"/>
              </w:rPr>
              <w:t>3D Artist &amp; Level Designer</w:t>
            </w:r>
          </w:p>
          <w:p w14:paraId="0D89A3C1" w14:textId="77777777" w:rsidR="00992BF0" w:rsidRPr="00780E70" w:rsidRDefault="00000000">
            <w:pPr>
              <w:rPr>
                <w:b/>
                <w:bCs/>
              </w:rPr>
            </w:pPr>
            <w:r w:rsidRPr="00780E70">
              <w:rPr>
                <w:rFonts w:ascii="Aptos Display" w:hAnsi="Aptos Display"/>
                <w:b/>
                <w:bCs/>
                <w:sz w:val="50"/>
              </w:rPr>
              <w:t>Eric Gabriel Cheng Li</w:t>
            </w:r>
          </w:p>
        </w:tc>
        <w:tc>
          <w:tcPr>
            <w:tcW w:w="54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C8A6" w14:textId="77777777" w:rsidR="00992BF0" w:rsidRPr="00420DA7" w:rsidRDefault="00000000">
            <w:pPr>
              <w:spacing w:after="20"/>
              <w:jc w:val="right"/>
              <w:rPr>
                <w:sz w:val="18"/>
                <w:szCs w:val="18"/>
              </w:rPr>
            </w:pPr>
            <w:r w:rsidRPr="00420DA7">
              <w:rPr>
                <w:b/>
                <w:sz w:val="18"/>
                <w:szCs w:val="18"/>
              </w:rPr>
              <w:t xml:space="preserve">Portfolio: </w:t>
            </w:r>
            <w:hyperlink r:id="rId8">
              <w:r w:rsidR="00992BF0" w:rsidRPr="00420DA7">
                <w:rPr>
                  <w:color w:val="666666"/>
                  <w:sz w:val="18"/>
                  <w:szCs w:val="18"/>
                  <w:u w:val="single"/>
                </w:rPr>
                <w:t>ericgabriel-iat.com</w:t>
              </w:r>
            </w:hyperlink>
          </w:p>
          <w:p w14:paraId="002D8896" w14:textId="77777777" w:rsidR="00992BF0" w:rsidRPr="00420DA7" w:rsidRDefault="00000000">
            <w:pPr>
              <w:jc w:val="right"/>
              <w:rPr>
                <w:sz w:val="18"/>
                <w:szCs w:val="18"/>
              </w:rPr>
            </w:pPr>
            <w:r w:rsidRPr="00420DA7">
              <w:rPr>
                <w:color w:val="707070"/>
                <w:sz w:val="18"/>
                <w:szCs w:val="18"/>
              </w:rPr>
              <w:t>(236) 999-5657</w:t>
            </w:r>
          </w:p>
          <w:p w14:paraId="6DDD94C4" w14:textId="77777777" w:rsidR="00992BF0" w:rsidRPr="00420DA7" w:rsidRDefault="00992BF0">
            <w:pPr>
              <w:jc w:val="right"/>
              <w:rPr>
                <w:sz w:val="18"/>
                <w:szCs w:val="18"/>
              </w:rPr>
            </w:pPr>
            <w:hyperlink r:id="rId9">
              <w:r w:rsidRPr="00420DA7">
                <w:rPr>
                  <w:color w:val="666666"/>
                  <w:sz w:val="18"/>
                  <w:szCs w:val="18"/>
                  <w:u w:val="single"/>
                </w:rPr>
                <w:t>linkedin.com/in/eric-gabriel-cheng-li-63609b365/</w:t>
              </w:r>
            </w:hyperlink>
          </w:p>
          <w:p w14:paraId="68A11ED6" w14:textId="77777777" w:rsidR="00992BF0" w:rsidRPr="00420DA7" w:rsidRDefault="00992BF0">
            <w:pPr>
              <w:jc w:val="right"/>
              <w:rPr>
                <w:sz w:val="18"/>
                <w:szCs w:val="18"/>
              </w:rPr>
            </w:pPr>
            <w:hyperlink r:id="rId10">
              <w:r w:rsidRPr="00420DA7">
                <w:rPr>
                  <w:color w:val="0000AA"/>
                  <w:sz w:val="18"/>
                  <w:szCs w:val="18"/>
                  <w:u w:val="single"/>
                </w:rPr>
                <w:t>egc4@sfu.ca</w:t>
              </w:r>
            </w:hyperlink>
          </w:p>
          <w:p w14:paraId="0828D4BB" w14:textId="77777777" w:rsidR="00992BF0" w:rsidRPr="00420DA7" w:rsidRDefault="00000000">
            <w:pPr>
              <w:jc w:val="right"/>
              <w:rPr>
                <w:sz w:val="18"/>
                <w:szCs w:val="18"/>
              </w:rPr>
            </w:pPr>
            <w:r w:rsidRPr="00420DA7">
              <w:rPr>
                <w:color w:val="707070"/>
                <w:sz w:val="18"/>
                <w:szCs w:val="18"/>
              </w:rPr>
              <w:t>Burnaby, BC</w:t>
            </w:r>
          </w:p>
        </w:tc>
      </w:tr>
    </w:tbl>
    <w:p w14:paraId="3F547B45" w14:textId="77777777" w:rsidR="00992BF0" w:rsidRPr="00420DA7" w:rsidRDefault="00992BF0">
      <w:pPr>
        <w:pBdr>
          <w:bottom w:val="single" w:sz="18" w:space="0" w:color="C12525"/>
        </w:pBdr>
        <w:spacing w:after="40"/>
        <w:rPr>
          <w:rFonts w:eastAsia="SimSun" w:hint="eastAsia"/>
          <w:lang w:eastAsia="zh-CN"/>
        </w:rPr>
      </w:pPr>
    </w:p>
    <w:p w14:paraId="0E1C6205" w14:textId="77777777" w:rsidR="00992BF0" w:rsidRDefault="00000000">
      <w:pPr>
        <w:keepNext/>
        <w:spacing w:before="120" w:after="80"/>
      </w:pPr>
      <w:r>
        <w:rPr>
          <w:b/>
          <w:color w:val="C12525"/>
          <w:sz w:val="26"/>
        </w:rPr>
        <w:t>EDUCATION AND CO-OP AVAILABILITY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992BF0" w14:paraId="32C31DFD" w14:textId="77777777">
        <w:tc>
          <w:tcPr>
            <w:tcW w:w="54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2CF9" w14:textId="1A08A4E9" w:rsidR="00FE45F0" w:rsidRPr="00FE45F0" w:rsidRDefault="00000000">
            <w:pPr>
              <w:rPr>
                <w:rFonts w:eastAsia="SimSun"/>
                <w:lang w:eastAsia="zh-CN"/>
              </w:rPr>
            </w:pPr>
            <w:r>
              <w:rPr>
                <w:b/>
              </w:rPr>
              <w:t xml:space="preserve">Simon Fraser </w:t>
            </w:r>
            <w:proofErr w:type="gramStart"/>
            <w:r>
              <w:rPr>
                <w:b/>
              </w:rPr>
              <w:t>University</w:t>
            </w:r>
            <w:r>
              <w:t xml:space="preserve">  |</w:t>
            </w:r>
            <w:proofErr w:type="gramEnd"/>
          </w:p>
          <w:p w14:paraId="71E91648" w14:textId="163212D1" w:rsidR="00992BF0" w:rsidRDefault="00000000">
            <w:r>
              <w:t>BSc Interactive Arts and Technology (SIAT)</w:t>
            </w:r>
          </w:p>
          <w:p w14:paraId="1608B867" w14:textId="77777777" w:rsidR="00992BF0" w:rsidRDefault="00000000">
            <w:r>
              <w:rPr>
                <w:b/>
              </w:rPr>
              <w:t xml:space="preserve">GPA </w:t>
            </w:r>
            <w:proofErr w:type="gramStart"/>
            <w:r>
              <w:rPr>
                <w:b/>
              </w:rPr>
              <w:t>3.50  |</w:t>
            </w:r>
            <w:proofErr w:type="gramEnd"/>
            <w:r>
              <w:rPr>
                <w:b/>
              </w:rPr>
              <w:t xml:space="preserve">  Dean's Honour Roll, Fall 2024</w:t>
            </w:r>
          </w:p>
        </w:tc>
        <w:tc>
          <w:tcPr>
            <w:tcW w:w="54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FECA" w14:textId="77777777" w:rsidR="00992BF0" w:rsidRDefault="00000000">
            <w:pPr>
              <w:jc w:val="right"/>
            </w:pPr>
            <w:r>
              <w:rPr>
                <w:b/>
              </w:rPr>
              <w:t>2023 - 2027</w:t>
            </w:r>
          </w:p>
          <w:p w14:paraId="26B96E24" w14:textId="77777777" w:rsidR="00992BF0" w:rsidRDefault="00000000">
            <w:pPr>
              <w:jc w:val="right"/>
            </w:pPr>
            <w:r>
              <w:rPr>
                <w:b/>
              </w:rPr>
              <w:t>Up to 16 months Co-op</w:t>
            </w:r>
          </w:p>
        </w:tc>
      </w:tr>
    </w:tbl>
    <w:p w14:paraId="0262549F" w14:textId="77777777" w:rsidR="00992BF0" w:rsidRDefault="00000000">
      <w:pPr>
        <w:keepNext/>
        <w:spacing w:before="120" w:after="80"/>
      </w:pPr>
      <w:r>
        <w:rPr>
          <w:b/>
          <w:color w:val="C12525"/>
          <w:sz w:val="26"/>
        </w:rPr>
        <w:t>TECHNICAL SKILLS</w:t>
      </w:r>
    </w:p>
    <w:p w14:paraId="73B444CB" w14:textId="693E657D" w:rsidR="00FE45F0" w:rsidRPr="0036568D" w:rsidRDefault="00FE45F0">
      <w:pPr>
        <w:spacing w:after="20"/>
        <w:rPr>
          <w:rFonts w:eastAsia="SimSun"/>
          <w:sz w:val="18"/>
          <w:lang w:eastAsia="zh-CN"/>
        </w:rPr>
      </w:pPr>
      <w:r>
        <w:rPr>
          <w:rFonts w:eastAsia="SimSun" w:hint="eastAsia"/>
          <w:b/>
          <w:sz w:val="18"/>
          <w:lang w:eastAsia="zh-CN"/>
        </w:rPr>
        <w:t>Tools</w:t>
      </w:r>
      <w:r w:rsidR="00000000">
        <w:rPr>
          <w:b/>
          <w:sz w:val="18"/>
        </w:rPr>
        <w:t xml:space="preserve">: </w:t>
      </w:r>
      <w:r w:rsidR="00000000">
        <w:rPr>
          <w:sz w:val="18"/>
        </w:rPr>
        <w:t>Blender, Maya, Substance 3D Painter, Substance Designer</w:t>
      </w:r>
      <w:r>
        <w:rPr>
          <w:rFonts w:eastAsia="SimSun" w:hint="eastAsia"/>
          <w:sz w:val="18"/>
          <w:lang w:eastAsia="zh-CN"/>
        </w:rPr>
        <w:t>, GAEA</w:t>
      </w:r>
      <w:r w:rsidR="0036568D">
        <w:rPr>
          <w:sz w:val="18"/>
        </w:rPr>
        <w:t xml:space="preserve">, </w:t>
      </w:r>
      <w:r w:rsidR="0036568D">
        <w:rPr>
          <w:sz w:val="18"/>
        </w:rPr>
        <w:t>Unity, Unreal Engine, Godo</w:t>
      </w:r>
      <w:r w:rsidR="0036568D">
        <w:rPr>
          <w:rFonts w:eastAsia="SimSun" w:hint="eastAsia"/>
          <w:sz w:val="18"/>
          <w:lang w:eastAsia="zh-CN"/>
        </w:rPr>
        <w:t>t</w:t>
      </w:r>
    </w:p>
    <w:p w14:paraId="05CDFE26" w14:textId="2C512949" w:rsidR="00992BF0" w:rsidRPr="00FE45F0" w:rsidRDefault="00000000">
      <w:pPr>
        <w:spacing w:after="20"/>
        <w:rPr>
          <w:rFonts w:eastAsia="SimSun"/>
          <w:lang w:eastAsia="zh-CN"/>
        </w:rPr>
      </w:pPr>
      <w:r>
        <w:rPr>
          <w:b/>
          <w:sz w:val="18"/>
        </w:rPr>
        <w:t xml:space="preserve">Art &amp; Design: </w:t>
      </w:r>
      <w:r>
        <w:rPr>
          <w:sz w:val="18"/>
        </w:rPr>
        <w:t>Environment Art, Hard-Surface Modeling, Sculpting, Texturing, Concept Art, Level Design, Game Design, Animation</w:t>
      </w:r>
    </w:p>
    <w:p w14:paraId="4A9BB7A5" w14:textId="77777777" w:rsidR="00992BF0" w:rsidRDefault="00000000">
      <w:pPr>
        <w:spacing w:after="60"/>
      </w:pPr>
      <w:r>
        <w:rPr>
          <w:b/>
          <w:sz w:val="18"/>
        </w:rPr>
        <w:t xml:space="preserve">Production: </w:t>
      </w:r>
      <w:r>
        <w:rPr>
          <w:sz w:val="18"/>
        </w:rPr>
        <w:t>Photoshop, Krita, After Effects, DaVinci Resolve, Figma, Git, GitHub, Unity Version Control</w:t>
      </w:r>
    </w:p>
    <w:p w14:paraId="52E1057D" w14:textId="77777777" w:rsidR="00992BF0" w:rsidRPr="009E0FF4" w:rsidRDefault="00000000">
      <w:pPr>
        <w:keepNext/>
        <w:spacing w:before="120" w:after="80"/>
        <w:rPr>
          <w:rFonts w:eastAsia="SimSun"/>
          <w:lang w:eastAsia="zh-CN"/>
        </w:rPr>
      </w:pPr>
      <w:r>
        <w:rPr>
          <w:b/>
          <w:color w:val="C12525"/>
          <w:sz w:val="26"/>
        </w:rPr>
        <w:t>SELECTED PROJECTS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1502"/>
      </w:tblGrid>
      <w:tr w:rsidR="00992BF0" w14:paraId="3DFFEC5D" w14:textId="77777777" w:rsidTr="00A76DA3">
        <w:trPr>
          <w:jc w:val="center"/>
        </w:trPr>
        <w:tc>
          <w:tcPr>
            <w:tcW w:w="93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E65E" w14:textId="5B759361" w:rsidR="00FE45F0" w:rsidRPr="004C7C69" w:rsidRDefault="00000000" w:rsidP="0036568D">
            <w:pPr>
              <w:keepNext/>
              <w:spacing w:line="300" w:lineRule="exact"/>
              <w:rPr>
                <w:rFonts w:eastAsia="SimSun"/>
                <w:b/>
                <w:i/>
                <w:sz w:val="18"/>
                <w:szCs w:val="18"/>
                <w:lang w:eastAsia="zh-CN"/>
              </w:rPr>
            </w:pPr>
            <w:r w:rsidRPr="004C7C69">
              <w:rPr>
                <w:b/>
                <w:color w:val="191919"/>
                <w:sz w:val="18"/>
                <w:szCs w:val="18"/>
              </w:rPr>
              <w:t>VR Environment &amp; Exploration</w:t>
            </w:r>
            <w:r w:rsidR="00A76DA3" w:rsidRPr="004C7C69">
              <w:rPr>
                <w:rFonts w:eastAsia="SimSun" w:hint="eastAsia"/>
                <w:b/>
                <w:color w:val="191919"/>
                <w:sz w:val="18"/>
                <w:szCs w:val="18"/>
                <w:lang w:eastAsia="zh-CN"/>
              </w:rPr>
              <w:t xml:space="preserve"> Narrative </w:t>
            </w:r>
            <w:proofErr w:type="gramStart"/>
            <w:r w:rsidR="00A76DA3" w:rsidRPr="004C7C69">
              <w:rPr>
                <w:rFonts w:eastAsia="SimSun" w:hint="eastAsia"/>
                <w:b/>
                <w:color w:val="191919"/>
                <w:sz w:val="18"/>
                <w:szCs w:val="18"/>
                <w:lang w:eastAsia="zh-CN"/>
              </w:rPr>
              <w:t>Desig</w:t>
            </w:r>
            <w:r w:rsidR="004C7C69">
              <w:rPr>
                <w:rFonts w:eastAsia="SimSun"/>
                <w:b/>
                <w:color w:val="191919"/>
                <w:sz w:val="18"/>
                <w:szCs w:val="18"/>
                <w:lang w:eastAsia="zh-CN"/>
              </w:rPr>
              <w:t>n</w:t>
            </w:r>
            <w:r w:rsidRPr="004C7C69">
              <w:rPr>
                <w:sz w:val="18"/>
                <w:szCs w:val="18"/>
              </w:rPr>
              <w:t xml:space="preserve">  </w:t>
            </w:r>
            <w:r w:rsidR="00A76DA3" w:rsidRPr="004C7C69">
              <w:rPr>
                <w:rFonts w:eastAsia="SimSun" w:hint="eastAsia"/>
                <w:sz w:val="18"/>
                <w:szCs w:val="18"/>
                <w:lang w:eastAsia="zh-CN"/>
              </w:rPr>
              <w:t>-</w:t>
            </w:r>
            <w:proofErr w:type="gramEnd"/>
            <w:r w:rsidR="00A76DA3" w:rsidRPr="004C7C69">
              <w:rPr>
                <w:rFonts w:eastAsia="SimSun" w:hint="eastAsia"/>
                <w:sz w:val="18"/>
                <w:szCs w:val="18"/>
                <w:lang w:eastAsia="zh-CN"/>
              </w:rPr>
              <w:t xml:space="preserve"> Something Lurking </w:t>
            </w:r>
            <w:proofErr w:type="gramStart"/>
            <w:r w:rsidRPr="004C7C69">
              <w:rPr>
                <w:sz w:val="18"/>
                <w:szCs w:val="18"/>
              </w:rPr>
              <w:t xml:space="preserve">|  </w:t>
            </w:r>
            <w:r w:rsidRPr="004C7C69">
              <w:rPr>
                <w:i/>
                <w:color w:val="191919"/>
                <w:sz w:val="18"/>
                <w:szCs w:val="18"/>
              </w:rPr>
              <w:t>Blender</w:t>
            </w:r>
            <w:proofErr w:type="gramEnd"/>
            <w:r w:rsidRPr="004C7C69">
              <w:rPr>
                <w:i/>
                <w:color w:val="191919"/>
                <w:sz w:val="18"/>
                <w:szCs w:val="18"/>
              </w:rPr>
              <w:t>, Substance 3D, Unity XR</w:t>
            </w:r>
          </w:p>
          <w:p w14:paraId="0A3F5D83" w14:textId="6251B201" w:rsidR="00FE45F0" w:rsidRPr="00A76DA3" w:rsidRDefault="00000000" w:rsidP="0036568D">
            <w:pPr>
              <w:keepNext/>
              <w:spacing w:line="300" w:lineRule="exact"/>
              <w:rPr>
                <w:rFonts w:eastAsia="SimSun"/>
                <w:b/>
                <w:bCs/>
                <w:i/>
                <w:sz w:val="32"/>
                <w:szCs w:val="32"/>
                <w:lang w:eastAsia="zh-CN"/>
              </w:rPr>
            </w:pPr>
            <w:r w:rsidRPr="00A76DA3">
              <w:rPr>
                <w:b/>
                <w:color w:val="191919"/>
                <w:sz w:val="32"/>
                <w:szCs w:val="32"/>
              </w:rPr>
              <w:t>Art Director, Level Designer &amp; Environment Artist</w:t>
            </w:r>
          </w:p>
          <w:p w14:paraId="1D9C705E" w14:textId="1C352CE6" w:rsidR="00992BF0" w:rsidRPr="00A76DA3" w:rsidRDefault="00A76DA3">
            <w:pPr>
              <w:keepNext/>
              <w:spacing w:after="40"/>
              <w:rPr>
                <w:rFonts w:eastAsia="SimSun" w:hint="eastAsia"/>
                <w:lang w:eastAsia="zh-CN"/>
              </w:rPr>
            </w:pPr>
            <w:r>
              <w:rPr>
                <w:rFonts w:eastAsia="SimSun" w:hint="eastAsia"/>
                <w:i/>
                <w:color w:val="5C5C5C"/>
                <w:sz w:val="17"/>
                <w:lang w:eastAsia="zh-CN"/>
              </w:rPr>
              <w:t>Schoo</w:t>
            </w:r>
            <w:r w:rsidR="009E0FF4">
              <w:rPr>
                <w:i/>
                <w:color w:val="5C5C5C"/>
                <w:sz w:val="17"/>
              </w:rPr>
              <w:t>l Project - S</w:t>
            </w:r>
            <w:r>
              <w:rPr>
                <w:rFonts w:eastAsia="SimSun" w:hint="eastAsia"/>
                <w:i/>
                <w:color w:val="5C5C5C"/>
                <w:sz w:val="17"/>
                <w:lang w:eastAsia="zh-CN"/>
              </w:rPr>
              <w:t>FU</w:t>
            </w:r>
            <w:r w:rsidR="009E0FF4">
              <w:rPr>
                <w:i/>
                <w:color w:val="5C5C5C"/>
                <w:sz w:val="17"/>
              </w:rPr>
              <w:t xml:space="preserve"> </w:t>
            </w:r>
            <w:r>
              <w:rPr>
                <w:rFonts w:eastAsia="SimSun" w:hint="eastAsia"/>
                <w:i/>
                <w:color w:val="5C5C5C"/>
                <w:sz w:val="17"/>
                <w:lang w:eastAsia="zh-CN"/>
              </w:rPr>
              <w:t xml:space="preserve">VR </w:t>
            </w:r>
            <w:r w:rsidR="009E0FF4">
              <w:rPr>
                <w:i/>
                <w:color w:val="5C5C5C"/>
                <w:sz w:val="17"/>
              </w:rPr>
              <w:t>course project</w:t>
            </w:r>
            <w:r>
              <w:rPr>
                <w:rFonts w:eastAsia="SimSun" w:hint="eastAsia"/>
                <w:i/>
                <w:color w:val="5C5C5C"/>
                <w:sz w:val="17"/>
                <w:lang w:eastAsia="zh-CN"/>
              </w:rPr>
              <w:t>.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F8577" w14:textId="70EC734A" w:rsidR="00992BF0" w:rsidRPr="009E0FF4" w:rsidRDefault="00992BF0" w:rsidP="009E0FF4">
            <w:pPr>
              <w:keepNext/>
              <w:ind w:right="400"/>
              <w:rPr>
                <w:rFonts w:eastAsia="SimSun"/>
                <w:lang w:eastAsia="zh-CN"/>
              </w:rPr>
            </w:pPr>
          </w:p>
        </w:tc>
      </w:tr>
    </w:tbl>
    <w:p w14:paraId="1E1B863A" w14:textId="3F0840E2" w:rsidR="00992BF0" w:rsidRDefault="00000000" w:rsidP="0036568D">
      <w:pPr>
        <w:pStyle w:val="ae"/>
        <w:numPr>
          <w:ilvl w:val="0"/>
          <w:numId w:val="11"/>
        </w:numPr>
        <w:spacing w:after="80" w:line="240" w:lineRule="auto"/>
      </w:pPr>
      <w:r w:rsidRPr="007B2475">
        <w:rPr>
          <w:b/>
          <w:sz w:val="19"/>
        </w:rPr>
        <w:t xml:space="preserve">Led </w:t>
      </w:r>
      <w:r w:rsidRPr="007B2475">
        <w:rPr>
          <w:sz w:val="19"/>
        </w:rPr>
        <w:t>the spatial and visual direction for a collaborative VR exploration experience, translating playtest feedback into level-flow maps, room concepts, and a stronger narrative arc.</w:t>
      </w:r>
    </w:p>
    <w:p w14:paraId="20F91BC4" w14:textId="5DDF824C" w:rsidR="00992BF0" w:rsidRDefault="00000000" w:rsidP="0036568D">
      <w:pPr>
        <w:pStyle w:val="ae"/>
        <w:numPr>
          <w:ilvl w:val="0"/>
          <w:numId w:val="11"/>
        </w:numPr>
        <w:spacing w:after="80" w:line="240" w:lineRule="auto"/>
      </w:pPr>
      <w:r w:rsidRPr="007B2475">
        <w:rPr>
          <w:b/>
          <w:sz w:val="19"/>
        </w:rPr>
        <w:t xml:space="preserve">Modeled </w:t>
      </w:r>
      <w:r w:rsidRPr="007B2475">
        <w:rPr>
          <w:sz w:val="19"/>
        </w:rPr>
        <w:t>most environments and props in Blender, developed materials in Substance Designer and Painter, and supported a three-scale gameplay loop in Unity XR.</w:t>
      </w:r>
    </w:p>
    <w:p w14:paraId="1013A8A4" w14:textId="3B900F16" w:rsidR="009E0FF4" w:rsidRPr="009E0FF4" w:rsidRDefault="00000000" w:rsidP="0036568D">
      <w:pPr>
        <w:pStyle w:val="ae"/>
        <w:numPr>
          <w:ilvl w:val="0"/>
          <w:numId w:val="11"/>
        </w:numPr>
        <w:spacing w:line="240" w:lineRule="auto"/>
      </w:pPr>
      <w:r w:rsidRPr="007B2475">
        <w:rPr>
          <w:b/>
          <w:sz w:val="19"/>
        </w:rPr>
        <w:t xml:space="preserve">Iterated </w:t>
      </w:r>
      <w:r w:rsidRPr="007B2475">
        <w:rPr>
          <w:sz w:val="19"/>
        </w:rPr>
        <w:t>on environmental clarity, tension, and narrative flow through playtesting; the final demo was selected for an SFU prospective-student showcase.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24"/>
        <w:gridCol w:w="234"/>
      </w:tblGrid>
      <w:tr w:rsidR="00992BF0" w14:paraId="28EA4162" w14:textId="77777777" w:rsidTr="00A76DA3">
        <w:trPr>
          <w:jc w:val="center"/>
        </w:trPr>
        <w:tc>
          <w:tcPr>
            <w:tcW w:w="106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796C8" w14:textId="3343745A" w:rsidR="00FE45F0" w:rsidRPr="004C7C69" w:rsidRDefault="004C7C69" w:rsidP="0036568D">
            <w:pPr>
              <w:keepNext/>
              <w:spacing w:line="300" w:lineRule="exact"/>
              <w:rPr>
                <w:rFonts w:eastAsia="SimSun"/>
                <w:b/>
                <w:i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color w:val="191919"/>
                <w:sz w:val="18"/>
                <w:szCs w:val="18"/>
                <w:lang w:eastAsia="zh-CN"/>
              </w:rPr>
              <w:t>Ink Based Self-Drawn Platformer Game</w:t>
            </w:r>
            <w:r w:rsidR="00A76DA3" w:rsidRPr="004C7C69">
              <w:rPr>
                <w:rFonts w:eastAsia="SimSun" w:hint="eastAsia"/>
                <w:sz w:val="18"/>
                <w:szCs w:val="18"/>
                <w:lang w:eastAsia="zh-CN"/>
              </w:rPr>
              <w:t xml:space="preserve">- The Last of Stars </w:t>
            </w:r>
            <w:proofErr w:type="gramStart"/>
            <w:r w:rsidR="00000000" w:rsidRPr="004C7C69">
              <w:rPr>
                <w:sz w:val="18"/>
                <w:szCs w:val="18"/>
              </w:rPr>
              <w:t xml:space="preserve">|  </w:t>
            </w:r>
            <w:r w:rsidR="00000000" w:rsidRPr="004C7C69">
              <w:rPr>
                <w:i/>
                <w:color w:val="191919"/>
                <w:sz w:val="18"/>
                <w:szCs w:val="18"/>
              </w:rPr>
              <w:t>Game</w:t>
            </w:r>
            <w:proofErr w:type="gramEnd"/>
            <w:r w:rsidR="00000000" w:rsidRPr="004C7C69">
              <w:rPr>
                <w:i/>
                <w:color w:val="191919"/>
                <w:sz w:val="18"/>
                <w:szCs w:val="18"/>
              </w:rPr>
              <w:t xml:space="preserve"> Art, Figma</w:t>
            </w:r>
          </w:p>
          <w:p w14:paraId="1A0893C4" w14:textId="269E1F69" w:rsidR="00FE45F0" w:rsidRPr="00A76DA3" w:rsidRDefault="00000000" w:rsidP="0036568D">
            <w:pPr>
              <w:keepNext/>
              <w:spacing w:line="300" w:lineRule="exact"/>
              <w:rPr>
                <w:rFonts w:eastAsia="SimSun"/>
                <w:b/>
                <w:bCs/>
                <w:i/>
                <w:sz w:val="32"/>
                <w:szCs w:val="32"/>
                <w:lang w:eastAsia="zh-CN"/>
              </w:rPr>
            </w:pPr>
            <w:r w:rsidRPr="00A76DA3">
              <w:rPr>
                <w:b/>
                <w:color w:val="191919"/>
                <w:sz w:val="32"/>
                <w:szCs w:val="32"/>
              </w:rPr>
              <w:t>Artist &amp; Level Designer</w:t>
            </w:r>
          </w:p>
          <w:p w14:paraId="2A5E5959" w14:textId="34050C5F" w:rsidR="00992BF0" w:rsidRPr="00FE45F0" w:rsidRDefault="00000000">
            <w:pPr>
              <w:keepNext/>
              <w:spacing w:after="40"/>
              <w:rPr>
                <w:rFonts w:eastAsia="SimSun"/>
                <w:i/>
                <w:sz w:val="19"/>
                <w:lang w:eastAsia="zh-CN"/>
              </w:rPr>
            </w:pPr>
            <w:r>
              <w:rPr>
                <w:i/>
                <w:color w:val="5C5C5C"/>
                <w:sz w:val="17"/>
              </w:rPr>
              <w:t>Personal Game Jam Project - SFU Summer Summit</w:t>
            </w:r>
          </w:p>
        </w:tc>
        <w:tc>
          <w:tcPr>
            <w:tcW w:w="2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8147" w14:textId="475F8AE4" w:rsidR="00992BF0" w:rsidRDefault="00992BF0">
            <w:pPr>
              <w:keepNext/>
              <w:jc w:val="right"/>
            </w:pPr>
          </w:p>
        </w:tc>
      </w:tr>
    </w:tbl>
    <w:p w14:paraId="1843DB92" w14:textId="77777777" w:rsidR="007B2475" w:rsidRDefault="00000000" w:rsidP="0036568D">
      <w:pPr>
        <w:pStyle w:val="ae"/>
        <w:numPr>
          <w:ilvl w:val="0"/>
          <w:numId w:val="11"/>
        </w:numPr>
        <w:spacing w:after="80" w:line="240" w:lineRule="auto"/>
        <w:rPr>
          <w:rFonts w:eastAsia="SimSun"/>
          <w:sz w:val="19"/>
          <w:lang w:eastAsia="zh-CN"/>
        </w:rPr>
      </w:pPr>
      <w:r w:rsidRPr="007B2475">
        <w:rPr>
          <w:b/>
          <w:sz w:val="19"/>
        </w:rPr>
        <w:t xml:space="preserve">Designed </w:t>
      </w:r>
      <w:r w:rsidRPr="007B2475">
        <w:rPr>
          <w:sz w:val="19"/>
        </w:rPr>
        <w:t xml:space="preserve">platforming routes, </w:t>
      </w:r>
      <w:r w:rsidR="00780E70" w:rsidRPr="007B2475">
        <w:rPr>
          <w:rFonts w:eastAsia="SimSun" w:hint="eastAsia"/>
          <w:sz w:val="19"/>
          <w:lang w:eastAsia="zh-CN"/>
        </w:rPr>
        <w:t>traps</w:t>
      </w:r>
      <w:r w:rsidRPr="007B2475">
        <w:rPr>
          <w:sz w:val="19"/>
        </w:rPr>
        <w:t>, recovery p</w:t>
      </w:r>
      <w:r w:rsidR="00780E70" w:rsidRPr="007B2475">
        <w:rPr>
          <w:rFonts w:eastAsia="SimSun" w:hint="eastAsia"/>
          <w:sz w:val="19"/>
          <w:lang w:eastAsia="zh-CN"/>
        </w:rPr>
        <w:t>latforms</w:t>
      </w:r>
      <w:r w:rsidRPr="007B2475">
        <w:rPr>
          <w:sz w:val="19"/>
        </w:rPr>
        <w:t xml:space="preserve">, and pacing around a drawing mechanic and </w:t>
      </w:r>
      <w:r w:rsidR="00780E70" w:rsidRPr="007B2475">
        <w:rPr>
          <w:rFonts w:eastAsia="SimSun" w:hint="eastAsia"/>
          <w:sz w:val="19"/>
          <w:lang w:eastAsia="zh-CN"/>
        </w:rPr>
        <w:t xml:space="preserve">environment narratives about the </w:t>
      </w:r>
      <w:r w:rsidRPr="007B2475">
        <w:rPr>
          <w:sz w:val="19"/>
        </w:rPr>
        <w:t>continuously collapsing environment.</w:t>
      </w:r>
    </w:p>
    <w:p w14:paraId="7E56622A" w14:textId="216E66E6" w:rsidR="00780E70" w:rsidRPr="007B2475" w:rsidRDefault="00780E70" w:rsidP="0036568D">
      <w:pPr>
        <w:pStyle w:val="ae"/>
        <w:numPr>
          <w:ilvl w:val="0"/>
          <w:numId w:val="11"/>
        </w:numPr>
        <w:spacing w:after="80" w:line="240" w:lineRule="auto"/>
        <w:rPr>
          <w:rFonts w:eastAsia="SimSun"/>
          <w:sz w:val="19"/>
          <w:lang w:eastAsia="zh-CN"/>
        </w:rPr>
      </w:pPr>
      <w:r w:rsidRPr="007B2475">
        <w:rPr>
          <w:rFonts w:eastAsia="SimSun" w:hint="eastAsia"/>
          <w:b/>
          <w:sz w:val="19"/>
          <w:lang w:eastAsia="zh-CN"/>
        </w:rPr>
        <w:t xml:space="preserve">Designed </w:t>
      </w:r>
      <w:r w:rsidRPr="007B2475">
        <w:rPr>
          <w:rFonts w:eastAsia="SimSun" w:hint="eastAsia"/>
          <w:bCs/>
          <w:sz w:val="19"/>
          <w:lang w:eastAsia="zh-CN"/>
        </w:rPr>
        <w:t>the alien astronaut protagonist with curve and triangle geometry language in Figma.</w:t>
      </w:r>
    </w:p>
    <w:p w14:paraId="56691738" w14:textId="3AADE2F6" w:rsidR="00780E70" w:rsidRPr="007B2475" w:rsidRDefault="00000000" w:rsidP="0036568D">
      <w:pPr>
        <w:pStyle w:val="ae"/>
        <w:numPr>
          <w:ilvl w:val="0"/>
          <w:numId w:val="11"/>
        </w:numPr>
        <w:spacing w:line="240" w:lineRule="auto"/>
        <w:rPr>
          <w:rFonts w:eastAsia="SimSun"/>
          <w:sz w:val="19"/>
          <w:lang w:eastAsia="zh-CN"/>
        </w:rPr>
      </w:pPr>
      <w:r w:rsidRPr="007B2475">
        <w:rPr>
          <w:b/>
          <w:sz w:val="19"/>
        </w:rPr>
        <w:t xml:space="preserve">Created </w:t>
      </w:r>
      <w:r w:rsidRPr="007B2475">
        <w:rPr>
          <w:sz w:val="19"/>
        </w:rPr>
        <w:t>readable game art and layouts with a four-person team, shipping a playable browser platformer in three days.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4195"/>
      </w:tblGrid>
      <w:tr w:rsidR="00992BF0" w14:paraId="497DA3B1" w14:textId="77777777" w:rsidTr="009E0FF4">
        <w:trPr>
          <w:jc w:val="center"/>
        </w:trPr>
        <w:tc>
          <w:tcPr>
            <w:tcW w:w="66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8BE90" w14:textId="6C33CD9D" w:rsidR="00FE45F0" w:rsidRPr="004C7C69" w:rsidRDefault="00000000" w:rsidP="0036568D">
            <w:pPr>
              <w:keepNext/>
              <w:spacing w:line="300" w:lineRule="exact"/>
              <w:rPr>
                <w:rFonts w:eastAsia="SimSun"/>
                <w:i/>
                <w:sz w:val="18"/>
                <w:szCs w:val="18"/>
                <w:lang w:eastAsia="zh-CN"/>
              </w:rPr>
            </w:pPr>
            <w:r w:rsidRPr="004C7C69">
              <w:rPr>
                <w:b/>
                <w:color w:val="191919"/>
                <w:sz w:val="18"/>
                <w:szCs w:val="18"/>
              </w:rPr>
              <w:t xml:space="preserve">Wordless 3D Animated </w:t>
            </w:r>
            <w:proofErr w:type="gramStart"/>
            <w:r w:rsidRPr="004C7C69">
              <w:rPr>
                <w:b/>
                <w:color w:val="191919"/>
                <w:sz w:val="18"/>
                <w:szCs w:val="18"/>
              </w:rPr>
              <w:t>Short</w:t>
            </w:r>
            <w:r w:rsidRPr="004C7C69">
              <w:rPr>
                <w:sz w:val="18"/>
                <w:szCs w:val="18"/>
              </w:rPr>
              <w:t xml:space="preserve">  </w:t>
            </w:r>
            <w:r w:rsidR="00A76DA3" w:rsidRPr="004C7C69">
              <w:rPr>
                <w:rFonts w:eastAsia="SimSun" w:hint="eastAsia"/>
                <w:sz w:val="18"/>
                <w:szCs w:val="18"/>
                <w:lang w:eastAsia="zh-CN"/>
              </w:rPr>
              <w:t>-</w:t>
            </w:r>
            <w:proofErr w:type="gramEnd"/>
            <w:r w:rsidR="00A76DA3" w:rsidRPr="004C7C69">
              <w:rPr>
                <w:rFonts w:eastAsia="SimSun" w:hint="eastAsia"/>
                <w:sz w:val="18"/>
                <w:szCs w:val="18"/>
                <w:lang w:eastAsia="zh-CN"/>
              </w:rPr>
              <w:t xml:space="preserve"> BLU </w:t>
            </w:r>
            <w:proofErr w:type="gramStart"/>
            <w:r w:rsidRPr="004C7C69">
              <w:rPr>
                <w:sz w:val="18"/>
                <w:szCs w:val="18"/>
              </w:rPr>
              <w:t xml:space="preserve">|  </w:t>
            </w:r>
            <w:r w:rsidRPr="004C7C69">
              <w:rPr>
                <w:i/>
                <w:color w:val="191919"/>
                <w:sz w:val="18"/>
                <w:szCs w:val="18"/>
              </w:rPr>
              <w:t>Maya</w:t>
            </w:r>
            <w:proofErr w:type="gramEnd"/>
            <w:r w:rsidRPr="004C7C69">
              <w:rPr>
                <w:i/>
                <w:color w:val="191919"/>
                <w:sz w:val="18"/>
                <w:szCs w:val="18"/>
              </w:rPr>
              <w:t>, Blender, Concept Art, Animation</w:t>
            </w:r>
          </w:p>
          <w:p w14:paraId="4C10C1E8" w14:textId="668EC672" w:rsidR="00FE45F0" w:rsidRPr="00A76DA3" w:rsidRDefault="00000000" w:rsidP="0036568D">
            <w:pPr>
              <w:keepNext/>
              <w:spacing w:line="300" w:lineRule="exact"/>
              <w:rPr>
                <w:rFonts w:eastAsia="SimSun"/>
                <w:b/>
                <w:bCs/>
                <w:i/>
                <w:sz w:val="32"/>
                <w:szCs w:val="32"/>
                <w:lang w:eastAsia="zh-CN"/>
              </w:rPr>
            </w:pPr>
            <w:r w:rsidRPr="00A76DA3">
              <w:rPr>
                <w:b/>
                <w:color w:val="191919"/>
                <w:sz w:val="32"/>
                <w:szCs w:val="32"/>
              </w:rPr>
              <w:t>3D Modeler, Concept Artist &amp; Animator</w:t>
            </w:r>
          </w:p>
          <w:p w14:paraId="2F59388B" w14:textId="4976BEFE" w:rsidR="00992BF0" w:rsidRPr="00A76DA3" w:rsidRDefault="00A76DA3">
            <w:pPr>
              <w:keepNext/>
              <w:spacing w:after="40"/>
              <w:rPr>
                <w:rFonts w:eastAsia="SimSun" w:hint="eastAsia"/>
                <w:lang w:eastAsia="zh-CN"/>
              </w:rPr>
            </w:pPr>
            <w:r>
              <w:rPr>
                <w:rFonts w:eastAsia="SimSun" w:hint="eastAsia"/>
                <w:i/>
                <w:color w:val="5C5C5C"/>
                <w:sz w:val="17"/>
                <w:lang w:eastAsia="zh-CN"/>
              </w:rPr>
              <w:t xml:space="preserve">School </w:t>
            </w:r>
            <w:r w:rsidR="00FE45F0">
              <w:rPr>
                <w:i/>
                <w:color w:val="5C5C5C"/>
                <w:sz w:val="17"/>
              </w:rPr>
              <w:t>Project - SFU animation course project</w:t>
            </w:r>
          </w:p>
        </w:tc>
        <w:tc>
          <w:tcPr>
            <w:tcW w:w="41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B05E4" w14:textId="3760355B" w:rsidR="00992BF0" w:rsidRDefault="00992BF0">
            <w:pPr>
              <w:keepNext/>
              <w:jc w:val="right"/>
            </w:pPr>
          </w:p>
        </w:tc>
      </w:tr>
    </w:tbl>
    <w:p w14:paraId="73FD890D" w14:textId="064B7F70" w:rsidR="00992BF0" w:rsidRDefault="00000000" w:rsidP="0036568D">
      <w:pPr>
        <w:pStyle w:val="ae"/>
        <w:numPr>
          <w:ilvl w:val="0"/>
          <w:numId w:val="11"/>
        </w:numPr>
        <w:spacing w:after="80" w:line="240" w:lineRule="auto"/>
      </w:pPr>
      <w:r w:rsidRPr="007B2475">
        <w:rPr>
          <w:b/>
          <w:sz w:val="19"/>
        </w:rPr>
        <w:t xml:space="preserve">Created </w:t>
      </w:r>
      <w:r w:rsidRPr="007B2475">
        <w:rPr>
          <w:sz w:val="19"/>
        </w:rPr>
        <w:t>original Maya and Blender assets, concept art, and animation for a wordless 3D short, refining staging, motion timing, and visual consistency.</w:t>
      </w:r>
    </w:p>
    <w:p w14:paraId="3DEFE7A3" w14:textId="2CDCD57C" w:rsidR="00FE45F0" w:rsidRPr="007B2475" w:rsidRDefault="00000000" w:rsidP="0036568D">
      <w:pPr>
        <w:pStyle w:val="ae"/>
        <w:numPr>
          <w:ilvl w:val="0"/>
          <w:numId w:val="11"/>
        </w:numPr>
        <w:spacing w:after="80" w:line="240" w:lineRule="auto"/>
        <w:rPr>
          <w:rFonts w:eastAsia="SimSun"/>
          <w:sz w:val="19"/>
          <w:lang w:eastAsia="zh-CN"/>
        </w:rPr>
      </w:pPr>
      <w:r w:rsidRPr="007B2475">
        <w:rPr>
          <w:b/>
          <w:sz w:val="19"/>
        </w:rPr>
        <w:t xml:space="preserve">Collaborated </w:t>
      </w:r>
      <w:r w:rsidRPr="007B2475">
        <w:rPr>
          <w:sz w:val="19"/>
        </w:rPr>
        <w:t>with storyboard, lighting, and technical animation teammates to maintain a cohesive production pipeline.</w:t>
      </w:r>
      <w:r w:rsidR="00FE45F0" w:rsidRPr="007B2475">
        <w:rPr>
          <w:rFonts w:eastAsia="SimSun" w:hint="eastAsia"/>
          <w:sz w:val="19"/>
          <w:lang w:eastAsia="zh-CN"/>
        </w:rPr>
        <w:t xml:space="preserve"> </w:t>
      </w:r>
    </w:p>
    <w:p w14:paraId="1CAC08D9" w14:textId="1F56AF39" w:rsidR="00992BF0" w:rsidRPr="00FE45F0" w:rsidRDefault="00000000">
      <w:pPr>
        <w:keepNext/>
        <w:spacing w:before="120" w:after="80"/>
        <w:rPr>
          <w:rFonts w:eastAsia="SimSun"/>
          <w:lang w:eastAsia="zh-CN"/>
        </w:rPr>
      </w:pPr>
      <w:r>
        <w:rPr>
          <w:b/>
          <w:color w:val="C12525"/>
          <w:sz w:val="26"/>
        </w:rPr>
        <w:t>COMMUNITY</w:t>
      </w:r>
      <w:r w:rsidR="00FE45F0">
        <w:rPr>
          <w:rFonts w:eastAsia="SimSun" w:hint="eastAsia"/>
          <w:b/>
          <w:color w:val="C12525"/>
          <w:sz w:val="26"/>
          <w:lang w:eastAsia="zh-CN"/>
        </w:rPr>
        <w:t xml:space="preserve"> &amp; VOLUNTEER</w:t>
      </w:r>
      <w:r w:rsidR="004C7C69">
        <w:rPr>
          <w:rFonts w:eastAsia="SimSun"/>
          <w:b/>
          <w:color w:val="C12525"/>
          <w:sz w:val="26"/>
          <w:lang w:eastAsia="zh-CN"/>
        </w:rPr>
        <w:t xml:space="preserve"> WORK EXPERIENCE</w:t>
      </w:r>
    </w:p>
    <w:p w14:paraId="484FC6F5" w14:textId="2265E971" w:rsidR="00A76DA3" w:rsidRDefault="00000000" w:rsidP="00FE45F0">
      <w:pPr>
        <w:spacing w:after="40"/>
        <w:rPr>
          <w:rFonts w:eastAsia="SimSun" w:hint="eastAsia"/>
          <w:sz w:val="18"/>
          <w:lang w:eastAsia="zh-CN"/>
        </w:rPr>
      </w:pPr>
      <w:r>
        <w:rPr>
          <w:b/>
          <w:sz w:val="18"/>
        </w:rPr>
        <w:t>Fallout 4 Capital Wasteland</w:t>
      </w:r>
      <w:r w:rsidR="00D30D64">
        <w:rPr>
          <w:rFonts w:eastAsia="SimSun" w:hint="eastAsia"/>
          <w:b/>
          <w:sz w:val="18"/>
          <w:lang w:eastAsia="zh-CN"/>
        </w:rPr>
        <w:t xml:space="preserve"> Modding Team</w:t>
      </w:r>
      <w:r w:rsidR="00A76DA3">
        <w:rPr>
          <w:rFonts w:eastAsia="SimSun" w:hint="eastAsia"/>
          <w:sz w:val="18"/>
          <w:lang w:eastAsia="zh-CN"/>
        </w:rPr>
        <w:t xml:space="preserve"> |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424"/>
        <w:gridCol w:w="5190"/>
        <w:gridCol w:w="236"/>
      </w:tblGrid>
      <w:tr w:rsidR="00A76DA3" w:rsidRPr="00420DA7" w14:paraId="7796065A" w14:textId="77777777" w:rsidTr="0036568D">
        <w:trPr>
          <w:trHeight w:val="315"/>
        </w:trPr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</w:tcPr>
          <w:p w14:paraId="31EDB3C4" w14:textId="4F71D92F" w:rsidR="00A76DA3" w:rsidRDefault="00A76DA3" w:rsidP="0036568D">
            <w:pPr>
              <w:spacing w:line="240" w:lineRule="atLeast"/>
              <w:rPr>
                <w:rFonts w:eastAsia="SimSun"/>
                <w:sz w:val="18"/>
                <w:lang w:eastAsia="zh-CN"/>
              </w:rPr>
            </w:pPr>
            <w:r w:rsidRPr="00A76DA3">
              <w:rPr>
                <w:b/>
                <w:bCs/>
                <w:sz w:val="32"/>
                <w:szCs w:val="32"/>
              </w:rPr>
              <w:t>Environment &amp; Prop Modeler</w:t>
            </w:r>
          </w:p>
        </w:tc>
        <w:tc>
          <w:tcPr>
            <w:tcW w:w="54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624FF" w14:textId="13C4AA69" w:rsidR="00A76DA3" w:rsidRPr="00420DA7" w:rsidRDefault="00A76DA3" w:rsidP="0036568D">
            <w:pPr>
              <w:spacing w:line="240" w:lineRule="atLeast"/>
              <w:ind w:firstLine="720"/>
              <w:jc w:val="right"/>
              <w:rPr>
                <w:rFonts w:eastAsia="SimSun"/>
                <w:szCs w:val="20"/>
                <w:lang w:eastAsia="zh-CN"/>
              </w:rPr>
            </w:pPr>
            <w:r w:rsidRPr="00420DA7">
              <w:rPr>
                <w:rFonts w:eastAsia="SimSun" w:hint="eastAsia"/>
                <w:szCs w:val="20"/>
                <w:lang w:eastAsia="zh-CN"/>
              </w:rPr>
              <w:t xml:space="preserve">Jul 2026 </w:t>
            </w:r>
            <w:r w:rsidRPr="00420DA7">
              <w:rPr>
                <w:rFonts w:eastAsia="SimSun"/>
                <w:szCs w:val="20"/>
                <w:lang w:eastAsia="zh-CN"/>
              </w:rPr>
              <w:t>–</w:t>
            </w:r>
            <w:r w:rsidRPr="00420DA7">
              <w:rPr>
                <w:rFonts w:eastAsia="SimSun" w:hint="eastAsia"/>
                <w:szCs w:val="20"/>
                <w:lang w:eastAsia="zh-CN"/>
              </w:rPr>
              <w:t xml:space="preserve"> Present</w:t>
            </w:r>
          </w:p>
        </w:tc>
      </w:tr>
      <w:tr w:rsidR="004C7C69" w:rsidRPr="00420DA7" w14:paraId="523370EB" w14:textId="77777777" w:rsidTr="004C7C69">
        <w:trPr>
          <w:trHeight w:val="531"/>
        </w:trPr>
        <w:tc>
          <w:tcPr>
            <w:tcW w:w="106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503C3" w14:textId="77777777" w:rsidR="004C7C69" w:rsidRPr="004C7C69" w:rsidRDefault="004C7C69" w:rsidP="0036568D">
            <w:pPr>
              <w:pStyle w:val="ae"/>
              <w:numPr>
                <w:ilvl w:val="0"/>
                <w:numId w:val="11"/>
              </w:numPr>
              <w:spacing w:line="240" w:lineRule="atLeast"/>
              <w:rPr>
                <w:rFonts w:eastAsia="SimSun"/>
                <w:sz w:val="19"/>
                <w:lang w:eastAsia="zh-CN"/>
              </w:rPr>
            </w:pPr>
            <w:r>
              <w:rPr>
                <w:b/>
                <w:sz w:val="19"/>
              </w:rPr>
              <w:t xml:space="preserve">Recreated fallout 3 </w:t>
            </w:r>
            <w:r w:rsidRPr="004C7C69">
              <w:rPr>
                <w:bCs/>
                <w:sz w:val="19"/>
              </w:rPr>
              <w:t>game assets</w:t>
            </w:r>
            <w:r>
              <w:rPr>
                <w:b/>
                <w:sz w:val="19"/>
              </w:rPr>
              <w:t xml:space="preserve"> </w:t>
            </w:r>
            <w:r>
              <w:rPr>
                <w:bCs/>
                <w:sz w:val="19"/>
              </w:rPr>
              <w:t xml:space="preserve">with modern </w:t>
            </w:r>
            <w:r w:rsidRPr="004C7C69">
              <w:rPr>
                <w:b/>
                <w:sz w:val="19"/>
              </w:rPr>
              <w:t>Bethesda</w:t>
            </w:r>
            <w:r>
              <w:rPr>
                <w:bCs/>
                <w:sz w:val="19"/>
              </w:rPr>
              <w:t xml:space="preserve"> workflow, </w:t>
            </w:r>
            <w:proofErr w:type="gramStart"/>
            <w:r>
              <w:rPr>
                <w:bCs/>
                <w:sz w:val="19"/>
              </w:rPr>
              <w:t>using .</w:t>
            </w:r>
            <w:proofErr w:type="spellStart"/>
            <w:r>
              <w:rPr>
                <w:bCs/>
                <w:sz w:val="19"/>
              </w:rPr>
              <w:t>nif</w:t>
            </w:r>
            <w:proofErr w:type="spellEnd"/>
            <w:proofErr w:type="gramEnd"/>
            <w:r>
              <w:rPr>
                <w:bCs/>
                <w:sz w:val="19"/>
              </w:rPr>
              <w:t xml:space="preserve"> format and 3 different type of maps rendered straight from Substance 3D Painter.</w:t>
            </w:r>
          </w:p>
          <w:p w14:paraId="0D06AE44" w14:textId="19BF55C5" w:rsidR="004C7C69" w:rsidRPr="004C7C69" w:rsidRDefault="004C7C69" w:rsidP="0036568D">
            <w:pPr>
              <w:pStyle w:val="ae"/>
              <w:numPr>
                <w:ilvl w:val="0"/>
                <w:numId w:val="11"/>
              </w:numPr>
              <w:spacing w:line="240" w:lineRule="atLeast"/>
              <w:rPr>
                <w:rFonts w:eastAsia="SimSun"/>
                <w:sz w:val="19"/>
                <w:lang w:eastAsia="zh-CN"/>
              </w:rPr>
            </w:pPr>
            <w:r>
              <w:rPr>
                <w:b/>
                <w:sz w:val="19"/>
              </w:rPr>
              <w:t>Modeled</w:t>
            </w:r>
            <w:r>
              <w:rPr>
                <w:bCs/>
                <w:sz w:val="19"/>
              </w:rPr>
              <w:t xml:space="preserve"> over 5+ prop assets for the modding team to place them in the Fallout 4 game environment.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58153C" w14:textId="77777777" w:rsidR="004C7C69" w:rsidRPr="00420DA7" w:rsidRDefault="004C7C69" w:rsidP="0036568D">
            <w:pPr>
              <w:spacing w:line="240" w:lineRule="atLeast"/>
              <w:ind w:firstLine="720"/>
              <w:jc w:val="right"/>
              <w:rPr>
                <w:rFonts w:eastAsia="SimSun" w:hint="eastAsia"/>
                <w:szCs w:val="20"/>
                <w:lang w:eastAsia="zh-CN"/>
              </w:rPr>
            </w:pPr>
          </w:p>
        </w:tc>
      </w:tr>
    </w:tbl>
    <w:p w14:paraId="2344B015" w14:textId="77777777" w:rsidR="00A76DA3" w:rsidRDefault="00000000" w:rsidP="00FE45F0">
      <w:pPr>
        <w:spacing w:after="40"/>
        <w:rPr>
          <w:rFonts w:eastAsia="SimSun"/>
          <w:sz w:val="18"/>
          <w:lang w:eastAsia="zh-CN"/>
        </w:rPr>
      </w:pPr>
      <w:r>
        <w:rPr>
          <w:b/>
          <w:sz w:val="18"/>
        </w:rPr>
        <w:t>SFU 3D Club</w:t>
      </w:r>
      <w:r w:rsidR="00A76DA3">
        <w:rPr>
          <w:rFonts w:eastAsia="SimSun" w:hint="eastAsia"/>
          <w:sz w:val="18"/>
          <w:lang w:eastAsia="zh-CN"/>
        </w:rPr>
        <w:t>|</w:t>
      </w:r>
      <w:r>
        <w:rPr>
          <w:sz w:val="18"/>
        </w:rPr>
        <w:t xml:space="preserve"> 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424"/>
        <w:gridCol w:w="5424"/>
      </w:tblGrid>
      <w:tr w:rsidR="00A76DA3" w14:paraId="2AA17281" w14:textId="77777777" w:rsidTr="0036568D">
        <w:trPr>
          <w:trHeight w:val="321"/>
        </w:trPr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</w:tcPr>
          <w:p w14:paraId="4AE3DDC4" w14:textId="34236C2A" w:rsidR="00A76DA3" w:rsidRPr="00A76DA3" w:rsidRDefault="00A76DA3" w:rsidP="0036568D">
            <w:pPr>
              <w:spacing w:line="240" w:lineRule="atLeast"/>
              <w:rPr>
                <w:rFonts w:eastAsia="SimSun"/>
                <w:sz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32"/>
                <w:szCs w:val="32"/>
                <w:lang w:eastAsia="zh-CN"/>
              </w:rPr>
              <w:t>Meeting Coordinator Executive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</w:tcPr>
          <w:p w14:paraId="22BF941A" w14:textId="6AE2B84B" w:rsidR="00A76DA3" w:rsidRPr="00420DA7" w:rsidRDefault="00A76DA3" w:rsidP="0036568D">
            <w:pPr>
              <w:spacing w:line="240" w:lineRule="atLeast"/>
              <w:ind w:firstLine="720"/>
              <w:jc w:val="right"/>
              <w:rPr>
                <w:rFonts w:eastAsia="SimSun"/>
                <w:szCs w:val="20"/>
                <w:lang w:eastAsia="zh-CN"/>
              </w:rPr>
            </w:pPr>
            <w:r w:rsidRPr="00420DA7">
              <w:rPr>
                <w:rFonts w:eastAsia="SimSun" w:hint="eastAsia"/>
                <w:szCs w:val="20"/>
                <w:lang w:eastAsia="zh-CN"/>
              </w:rPr>
              <w:t>Sep</w:t>
            </w:r>
            <w:r w:rsidRPr="00420DA7">
              <w:rPr>
                <w:rFonts w:eastAsia="SimSun" w:hint="eastAsia"/>
                <w:szCs w:val="20"/>
                <w:lang w:eastAsia="zh-CN"/>
              </w:rPr>
              <w:t xml:space="preserve"> 2026 </w:t>
            </w:r>
            <w:r w:rsidRPr="00420DA7">
              <w:rPr>
                <w:rFonts w:eastAsia="SimSun"/>
                <w:szCs w:val="20"/>
                <w:lang w:eastAsia="zh-CN"/>
              </w:rPr>
              <w:t>–</w:t>
            </w:r>
            <w:r w:rsidRPr="00420DA7">
              <w:rPr>
                <w:rFonts w:eastAsia="SimSun" w:hint="eastAsia"/>
                <w:szCs w:val="20"/>
                <w:lang w:eastAsia="zh-CN"/>
              </w:rPr>
              <w:t xml:space="preserve"> Present</w:t>
            </w:r>
          </w:p>
        </w:tc>
      </w:tr>
    </w:tbl>
    <w:p w14:paraId="36B06413" w14:textId="7013C5F6" w:rsidR="0036568D" w:rsidRPr="0036568D" w:rsidRDefault="004C7C69" w:rsidP="0036568D">
      <w:pPr>
        <w:pStyle w:val="ae"/>
        <w:numPr>
          <w:ilvl w:val="0"/>
          <w:numId w:val="11"/>
        </w:numPr>
        <w:spacing w:after="240" w:line="240" w:lineRule="atLeast"/>
        <w:rPr>
          <w:rFonts w:eastAsia="SimSun"/>
          <w:lang w:eastAsia="zh-CN"/>
        </w:rPr>
      </w:pPr>
      <w:r>
        <w:rPr>
          <w:b/>
          <w:sz w:val="19"/>
        </w:rPr>
        <w:t xml:space="preserve">Held Meetings </w:t>
      </w:r>
      <w:r>
        <w:rPr>
          <w:bCs/>
          <w:sz w:val="19"/>
        </w:rPr>
        <w:t>for start-up clubs in SFU Surrey campus.</w:t>
      </w:r>
    </w:p>
    <w:p w14:paraId="674E35F6" w14:textId="0945C53B" w:rsidR="0036568D" w:rsidRDefault="0036568D" w:rsidP="0036568D">
      <w:pPr>
        <w:spacing w:after="40"/>
        <w:rPr>
          <w:rFonts w:eastAsia="SimSun"/>
          <w:sz w:val="18"/>
          <w:lang w:eastAsia="zh-CN"/>
        </w:rPr>
      </w:pPr>
      <w:r>
        <w:rPr>
          <w:b/>
          <w:sz w:val="18"/>
        </w:rPr>
        <w:t xml:space="preserve">SFU </w:t>
      </w:r>
      <w:r>
        <w:rPr>
          <w:b/>
          <w:sz w:val="18"/>
        </w:rPr>
        <w:t>Game Development</w:t>
      </w:r>
      <w:r>
        <w:rPr>
          <w:b/>
          <w:sz w:val="18"/>
        </w:rPr>
        <w:t xml:space="preserve"> Club</w:t>
      </w:r>
      <w:r>
        <w:rPr>
          <w:rFonts w:eastAsia="SimSun" w:hint="eastAsia"/>
          <w:sz w:val="18"/>
          <w:lang w:eastAsia="zh-CN"/>
        </w:rPr>
        <w:t>|</w:t>
      </w:r>
      <w:r>
        <w:rPr>
          <w:sz w:val="18"/>
        </w:rPr>
        <w:t xml:space="preserve"> 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424"/>
        <w:gridCol w:w="5424"/>
      </w:tblGrid>
      <w:tr w:rsidR="0036568D" w14:paraId="36F659E7" w14:textId="77777777" w:rsidTr="00A337F3">
        <w:trPr>
          <w:trHeight w:val="414"/>
        </w:trPr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</w:tcPr>
          <w:p w14:paraId="3E7909BD" w14:textId="55E6375E" w:rsidR="0036568D" w:rsidRPr="00A76DA3" w:rsidRDefault="0036568D" w:rsidP="00A337F3">
            <w:pPr>
              <w:spacing w:after="40"/>
              <w:rPr>
                <w:rFonts w:eastAsia="SimSun"/>
                <w:sz w:val="18"/>
                <w:lang w:eastAsia="zh-CN"/>
              </w:rPr>
            </w:pPr>
            <w:r>
              <w:rPr>
                <w:rFonts w:eastAsia="SimSun"/>
                <w:b/>
                <w:bCs/>
                <w:sz w:val="32"/>
                <w:szCs w:val="32"/>
                <w:lang w:eastAsia="zh-CN"/>
              </w:rPr>
              <w:t>Graphic Design</w:t>
            </w:r>
            <w:r>
              <w:rPr>
                <w:rFonts w:eastAsia="SimSun" w:hint="eastAsia"/>
                <w:b/>
                <w:bCs/>
                <w:sz w:val="32"/>
                <w:szCs w:val="32"/>
                <w:lang w:eastAsia="zh-CN"/>
              </w:rPr>
              <w:t xml:space="preserve"> Executive</w:t>
            </w:r>
          </w:p>
        </w:tc>
        <w:tc>
          <w:tcPr>
            <w:tcW w:w="5424" w:type="dxa"/>
            <w:tcBorders>
              <w:top w:val="nil"/>
              <w:left w:val="nil"/>
              <w:bottom w:val="nil"/>
              <w:right w:val="nil"/>
            </w:tcBorders>
          </w:tcPr>
          <w:p w14:paraId="44777CAA" w14:textId="77777777" w:rsidR="0036568D" w:rsidRPr="00420DA7" w:rsidRDefault="0036568D" w:rsidP="00A337F3">
            <w:pPr>
              <w:spacing w:after="40"/>
              <w:ind w:firstLine="720"/>
              <w:jc w:val="right"/>
              <w:rPr>
                <w:rFonts w:eastAsia="SimSun"/>
                <w:szCs w:val="20"/>
                <w:lang w:eastAsia="zh-CN"/>
              </w:rPr>
            </w:pPr>
            <w:r w:rsidRPr="00420DA7">
              <w:rPr>
                <w:rFonts w:eastAsia="SimSun" w:hint="eastAsia"/>
                <w:szCs w:val="20"/>
                <w:lang w:eastAsia="zh-CN"/>
              </w:rPr>
              <w:t xml:space="preserve">Sep 2026 </w:t>
            </w:r>
            <w:r w:rsidRPr="00420DA7">
              <w:rPr>
                <w:rFonts w:eastAsia="SimSun"/>
                <w:szCs w:val="20"/>
                <w:lang w:eastAsia="zh-CN"/>
              </w:rPr>
              <w:t>–</w:t>
            </w:r>
            <w:r w:rsidRPr="00420DA7">
              <w:rPr>
                <w:rFonts w:eastAsia="SimSun" w:hint="eastAsia"/>
                <w:szCs w:val="20"/>
                <w:lang w:eastAsia="zh-CN"/>
              </w:rPr>
              <w:t xml:space="preserve"> Present</w:t>
            </w:r>
          </w:p>
        </w:tc>
      </w:tr>
    </w:tbl>
    <w:p w14:paraId="0884BCDE" w14:textId="1EA280FD" w:rsidR="0036568D" w:rsidRPr="0036568D" w:rsidRDefault="0036568D" w:rsidP="0036568D">
      <w:pPr>
        <w:pStyle w:val="ae"/>
        <w:numPr>
          <w:ilvl w:val="0"/>
          <w:numId w:val="11"/>
        </w:numPr>
        <w:spacing w:after="240" w:line="240" w:lineRule="atLeast"/>
        <w:jc w:val="both"/>
        <w:rPr>
          <w:rFonts w:eastAsia="SimSun"/>
          <w:lang w:eastAsia="zh-CN"/>
        </w:rPr>
      </w:pPr>
      <w:r>
        <w:rPr>
          <w:b/>
          <w:sz w:val="19"/>
        </w:rPr>
        <w:t>Designed</w:t>
      </w:r>
      <w:r w:rsidRPr="0036568D">
        <w:rPr>
          <w:bCs/>
          <w:sz w:val="19"/>
        </w:rPr>
        <w:t xml:space="preserve"> </w:t>
      </w:r>
      <w:r>
        <w:rPr>
          <w:bCs/>
          <w:sz w:val="19"/>
        </w:rPr>
        <w:t>posters, insta grid and event banners</w:t>
      </w:r>
      <w:r>
        <w:rPr>
          <w:bCs/>
          <w:sz w:val="19"/>
        </w:rPr>
        <w:t xml:space="preserve"> with layout, grid, hierarchy and gestalt knowledge.</w:t>
      </w:r>
    </w:p>
    <w:sectPr w:rsidR="0036568D" w:rsidRPr="0036568D" w:rsidSect="00034616">
      <w:pgSz w:w="12240" w:h="15840"/>
      <w:pgMar w:top="547" w:right="691" w:bottom="518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9658" w14:textId="77777777" w:rsidR="008F61B6" w:rsidRDefault="008F61B6" w:rsidP="00FE45F0">
      <w:pPr>
        <w:spacing w:line="240" w:lineRule="auto"/>
      </w:pPr>
      <w:r>
        <w:separator/>
      </w:r>
    </w:p>
  </w:endnote>
  <w:endnote w:type="continuationSeparator" w:id="0">
    <w:p w14:paraId="1C504EAD" w14:textId="77777777" w:rsidR="008F61B6" w:rsidRDefault="008F61B6" w:rsidP="00FE45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17A38" w14:textId="77777777" w:rsidR="008F61B6" w:rsidRDefault="008F61B6" w:rsidP="00FE45F0">
      <w:pPr>
        <w:spacing w:line="240" w:lineRule="auto"/>
      </w:pPr>
      <w:r>
        <w:separator/>
      </w:r>
    </w:p>
  </w:footnote>
  <w:footnote w:type="continuationSeparator" w:id="0">
    <w:p w14:paraId="0D240B96" w14:textId="77777777" w:rsidR="008F61B6" w:rsidRDefault="008F61B6" w:rsidP="00FE45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F3494"/>
    <w:multiLevelType w:val="hybridMultilevel"/>
    <w:tmpl w:val="06FC5F5C"/>
    <w:lvl w:ilvl="0" w:tplc="FA5E8CAC">
      <w:numFmt w:val="bullet"/>
      <w:lvlText w:val=""/>
      <w:lvlJc w:val="left"/>
      <w:pPr>
        <w:ind w:left="1080" w:hanging="360"/>
      </w:pPr>
      <w:rPr>
        <w:rFonts w:ascii="Symbol" w:eastAsia="SimSun" w:hAnsi="Symbol" w:cstheme="minorBidi" w:hint="default"/>
        <w:sz w:val="19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FD07F7"/>
    <w:multiLevelType w:val="hybridMultilevel"/>
    <w:tmpl w:val="95D0B254"/>
    <w:lvl w:ilvl="0" w:tplc="AC8ADDFC">
      <w:numFmt w:val="bullet"/>
      <w:lvlText w:val=""/>
      <w:lvlJc w:val="left"/>
      <w:pPr>
        <w:ind w:left="504" w:hanging="360"/>
      </w:pPr>
      <w:rPr>
        <w:rFonts w:ascii="Symbol" w:eastAsia="SimSun" w:hAnsi="Symbol" w:cstheme="minorBidi" w:hint="default"/>
        <w:sz w:val="19"/>
      </w:rPr>
    </w:lvl>
    <w:lvl w:ilvl="1" w:tplc="10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732972069">
    <w:abstractNumId w:val="8"/>
  </w:num>
  <w:num w:numId="2" w16cid:durableId="106628832">
    <w:abstractNumId w:val="6"/>
  </w:num>
  <w:num w:numId="3" w16cid:durableId="613097332">
    <w:abstractNumId w:val="5"/>
  </w:num>
  <w:num w:numId="4" w16cid:durableId="279456388">
    <w:abstractNumId w:val="4"/>
  </w:num>
  <w:num w:numId="5" w16cid:durableId="1538856462">
    <w:abstractNumId w:val="7"/>
  </w:num>
  <w:num w:numId="6" w16cid:durableId="83380045">
    <w:abstractNumId w:val="3"/>
  </w:num>
  <w:num w:numId="7" w16cid:durableId="2057394071">
    <w:abstractNumId w:val="2"/>
  </w:num>
  <w:num w:numId="8" w16cid:durableId="1276862271">
    <w:abstractNumId w:val="1"/>
  </w:num>
  <w:num w:numId="9" w16cid:durableId="1308438699">
    <w:abstractNumId w:val="0"/>
  </w:num>
  <w:num w:numId="10" w16cid:durableId="481628749">
    <w:abstractNumId w:val="10"/>
  </w:num>
  <w:num w:numId="11" w16cid:durableId="18323298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897"/>
    <w:rsid w:val="0029639D"/>
    <w:rsid w:val="00326F90"/>
    <w:rsid w:val="0036568D"/>
    <w:rsid w:val="00381A27"/>
    <w:rsid w:val="00420DA7"/>
    <w:rsid w:val="004C7C69"/>
    <w:rsid w:val="00584001"/>
    <w:rsid w:val="005B4ACE"/>
    <w:rsid w:val="00780E70"/>
    <w:rsid w:val="007B2475"/>
    <w:rsid w:val="008B1D94"/>
    <w:rsid w:val="008F61B6"/>
    <w:rsid w:val="00992BF0"/>
    <w:rsid w:val="009B3283"/>
    <w:rsid w:val="009E0FF4"/>
    <w:rsid w:val="00A76DA3"/>
    <w:rsid w:val="00A8748F"/>
    <w:rsid w:val="00AA1D8D"/>
    <w:rsid w:val="00B47730"/>
    <w:rsid w:val="00CB0664"/>
    <w:rsid w:val="00D30D64"/>
    <w:rsid w:val="00D45931"/>
    <w:rsid w:val="00D96A7E"/>
    <w:rsid w:val="00DC3628"/>
    <w:rsid w:val="00E51FF5"/>
    <w:rsid w:val="00F07F19"/>
    <w:rsid w:val="00FC693F"/>
    <w:rsid w:val="00FE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211702"/>
  <w14:defaultImageDpi w14:val="330"/>
  <w15:docId w15:val="{7152BFD5-FCD6-4758-B297-A7745799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6568D"/>
    <w:pPr>
      <w:spacing w:after="0" w:line="264" w:lineRule="auto"/>
    </w:pPr>
    <w:rPr>
      <w:rFonts w:ascii="Aptos" w:hAnsi="Aptos"/>
      <w:color w:val="161616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icgabriel-iat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gc4@sfu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eric-gabriel-cheng-li-63609b36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701F5B-D4F0-48E6-8F3D-FFFD602DD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</Pages>
  <Words>476</Words>
  <Characters>2716</Characters>
  <Application>Microsoft Office Word</Application>
  <DocSecurity>0</DocSecurity>
  <Lines>22</Lines>
  <Paragraphs>6</Paragraphs>
  <ScaleCrop>false</ScaleCrop>
  <Manager/>
  <Company/>
  <LinksUpToDate>false</LinksUpToDate>
  <CharactersWithSpaces>3186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Gabriel Cheng Li Resume</dc:title>
  <dc:subject>3D Art and Level Design Co-op Resume</dc:subject>
  <dc:creator>Eric Gabriel Cheng Li</dc:creator>
  <cp:keywords/>
  <dc:description/>
  <cp:lastModifiedBy>Eric Gabriel Cheng Li</cp:lastModifiedBy>
  <cp:revision>4</cp:revision>
  <dcterms:created xsi:type="dcterms:W3CDTF">2026-09-19T00:24:00Z</dcterms:created>
  <dcterms:modified xsi:type="dcterms:W3CDTF">2026-09-19T17:37:00Z</dcterms:modified>
  <cp:category/>
</cp:coreProperties>
</file>